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CA100" w14:textId="77777777" w:rsidR="00932FB6" w:rsidRDefault="00932FB6">
      <w:pPr>
        <w:spacing w:after="40"/>
        <w:rPr>
          <w:b/>
          <w:color w:val="003366"/>
          <w:sz w:val="40"/>
        </w:rPr>
      </w:pPr>
    </w:p>
    <w:p w14:paraId="1732170A" w14:textId="5D8FF364" w:rsidR="00932FB6" w:rsidRDefault="009179B2">
      <w:pPr>
        <w:spacing w:after="40"/>
        <w:rPr>
          <w:b/>
          <w:color w:val="003366"/>
          <w:sz w:val="40"/>
        </w:rPr>
      </w:pPr>
      <w:r>
        <w:rPr>
          <w:noProof/>
        </w:rPr>
        <w:drawing>
          <wp:inline distT="0" distB="0" distL="0" distR="0" wp14:anchorId="53B2F579" wp14:editId="13800BA3">
            <wp:extent cx="1583668" cy="1028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721" cy="103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4DE5C" w14:textId="3B3EFDB6" w:rsidR="00253182" w:rsidRDefault="006157EF">
      <w:pPr>
        <w:spacing w:after="40"/>
      </w:pPr>
      <w:r>
        <w:rPr>
          <w:b/>
          <w:color w:val="003366"/>
          <w:sz w:val="40"/>
        </w:rPr>
        <w:t>AOANJRR PORTAL</w:t>
      </w:r>
      <w:r w:rsidR="000D7C4C">
        <w:rPr>
          <w:b/>
          <w:color w:val="003366"/>
          <w:sz w:val="40"/>
        </w:rPr>
        <w:t xml:space="preserve"> ACCESS</w:t>
      </w:r>
    </w:p>
    <w:p w14:paraId="28431F14" w14:textId="306B7A87" w:rsidR="00253182" w:rsidRPr="002716BB" w:rsidRDefault="006157EF">
      <w:pPr>
        <w:spacing w:after="240"/>
        <w:rPr>
          <w:b/>
          <w:color w:val="000000" w:themeColor="text1"/>
        </w:rPr>
      </w:pPr>
      <w:r w:rsidRPr="002716BB">
        <w:rPr>
          <w:b/>
          <w:color w:val="000000" w:themeColor="text1"/>
          <w:sz w:val="28"/>
        </w:rPr>
        <w:t>Industry Access to AOANJRR Portal</w:t>
      </w:r>
      <w:r w:rsidR="003E0E95" w:rsidRPr="002716BB">
        <w:rPr>
          <w:b/>
          <w:color w:val="000000" w:themeColor="text1"/>
          <w:sz w:val="28"/>
        </w:rPr>
        <w:t>: Build-a-Joint and Models</w:t>
      </w:r>
    </w:p>
    <w:p w14:paraId="1F627537" w14:textId="77777777" w:rsidR="00932FB6" w:rsidRDefault="00932FB6">
      <w:pPr>
        <w:spacing w:after="120"/>
      </w:pPr>
    </w:p>
    <w:p w14:paraId="320C09D3" w14:textId="6A176ECA" w:rsidR="00253182" w:rsidRDefault="006157EF">
      <w:pPr>
        <w:spacing w:after="120"/>
      </w:pPr>
      <w:r>
        <w:t xml:space="preserve">AOANJRR </w:t>
      </w:r>
      <w:r w:rsidR="00FD6D19">
        <w:t>r</w:t>
      </w:r>
      <w:r w:rsidR="00CA5358">
        <w:t xml:space="preserve">eal-time </w:t>
      </w:r>
      <w:r w:rsidR="00FD6D19">
        <w:t xml:space="preserve">data </w:t>
      </w:r>
      <w:r w:rsidR="00CA5358">
        <w:t xml:space="preserve">on the use and performance of </w:t>
      </w:r>
      <w:r w:rsidR="00B5135C">
        <w:t xml:space="preserve">company’s </w:t>
      </w:r>
      <w:r w:rsidR="00CA5358">
        <w:t xml:space="preserve">individual products and product combinations </w:t>
      </w:r>
      <w:r w:rsidR="00B5135C">
        <w:t>are available</w:t>
      </w:r>
      <w:r>
        <w:t xml:space="preserve"> via the </w:t>
      </w:r>
      <w:r w:rsidR="003E0E95" w:rsidRPr="003E0E95">
        <w:t>Build-a-Joint and Models</w:t>
      </w:r>
      <w:r w:rsidR="00C3449D">
        <w:t>.</w:t>
      </w:r>
      <w:r w:rsidR="0085582B">
        <w:rPr>
          <w:rStyle w:val="FootnoteReference"/>
        </w:rPr>
        <w:footnoteReference w:id="1"/>
      </w:r>
    </w:p>
    <w:p w14:paraId="52FF0596" w14:textId="77777777" w:rsidR="0034141D" w:rsidRPr="002716BB" w:rsidRDefault="0034141D">
      <w:pPr>
        <w:spacing w:after="120"/>
        <w:rPr>
          <w:color w:val="4F81BD" w:themeColor="accent1"/>
        </w:rPr>
      </w:pPr>
    </w:p>
    <w:p w14:paraId="0B1808D5" w14:textId="08743BD5" w:rsidR="00253182" w:rsidRPr="00C85984" w:rsidRDefault="006157EF">
      <w:pPr>
        <w:spacing w:before="120" w:after="360"/>
        <w:rPr>
          <w:b/>
          <w:bCs/>
          <w:color w:val="FF0000"/>
          <w:u w:val="single"/>
        </w:rPr>
      </w:pPr>
      <w:r w:rsidRPr="002716BB">
        <w:rPr>
          <w:b/>
          <w:bCs/>
          <w:color w:val="4F81BD" w:themeColor="accent1"/>
          <w:u w:val="single"/>
        </w:rPr>
        <w:t xml:space="preserve">Please complete </w:t>
      </w:r>
      <w:r w:rsidR="00C85984" w:rsidRPr="002716BB">
        <w:rPr>
          <w:b/>
          <w:bCs/>
          <w:color w:val="4F81BD" w:themeColor="accent1"/>
          <w:u w:val="single"/>
        </w:rPr>
        <w:t>all</w:t>
      </w:r>
      <w:r w:rsidRPr="002716BB">
        <w:rPr>
          <w:b/>
          <w:bCs/>
          <w:color w:val="4F81BD" w:themeColor="accent1"/>
          <w:u w:val="single"/>
        </w:rPr>
        <w:t xml:space="preserve"> section</w:t>
      </w:r>
      <w:r w:rsidR="00C85984" w:rsidRPr="002716BB">
        <w:rPr>
          <w:b/>
          <w:bCs/>
          <w:color w:val="4F81BD" w:themeColor="accent1"/>
          <w:u w:val="single"/>
        </w:rPr>
        <w:t>s</w:t>
      </w:r>
      <w:r w:rsidRPr="002716BB">
        <w:rPr>
          <w:b/>
          <w:bCs/>
          <w:color w:val="4F81BD" w:themeColor="accent1"/>
          <w:u w:val="single"/>
        </w:rPr>
        <w:t xml:space="preserve"> below and return to</w:t>
      </w:r>
      <w:r w:rsidRPr="002716BB">
        <w:rPr>
          <w:b/>
          <w:bCs/>
          <w:color w:val="4F81BD" w:themeColor="accent1"/>
        </w:rPr>
        <w:t xml:space="preserve">: </w:t>
      </w:r>
      <w:r w:rsidR="006D1EA3">
        <w:rPr>
          <w:b/>
          <w:bCs/>
          <w:color w:val="002060"/>
        </w:rPr>
        <w:t>admin.aoanjrr@</w:t>
      </w:r>
      <w:r w:rsidR="0015227F">
        <w:rPr>
          <w:b/>
          <w:bCs/>
          <w:color w:val="002060"/>
        </w:rPr>
        <w:t>aoa.org.au</w:t>
      </w:r>
    </w:p>
    <w:p w14:paraId="34179132" w14:textId="16E8D3F8" w:rsidR="00253182" w:rsidRDefault="00253182">
      <w:pPr>
        <w:keepNext/>
        <w:spacing w:before="240" w:after="120"/>
      </w:pPr>
    </w:p>
    <w:tbl>
      <w:tblPr>
        <w:tblW w:w="9628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273"/>
        <w:gridCol w:w="2540"/>
        <w:gridCol w:w="1872"/>
        <w:gridCol w:w="2943"/>
      </w:tblGrid>
      <w:tr w:rsidR="002826CF" w:rsidRPr="00E434A5" w14:paraId="0CD905E7" w14:textId="77777777" w:rsidTr="009D7933">
        <w:trPr>
          <w:trHeight w:val="360"/>
        </w:trPr>
        <w:tc>
          <w:tcPr>
            <w:tcW w:w="9628" w:type="dxa"/>
            <w:gridSpan w:val="4"/>
            <w:shd w:val="clear" w:color="auto" w:fill="C6D9F1" w:themeFill="text2" w:themeFillTint="33"/>
            <w:vAlign w:val="center"/>
          </w:tcPr>
          <w:p w14:paraId="123EC35A" w14:textId="51EAEB7C" w:rsidR="002826CF" w:rsidRPr="00CC2E98" w:rsidRDefault="0034141D" w:rsidP="002716BB">
            <w:pPr>
              <w:keepNext/>
              <w:spacing w:before="240" w:after="120"/>
              <w:rPr>
                <w:rFonts w:asciiTheme="minorHAnsi" w:hAnsiTheme="minorHAnsi"/>
                <w:b/>
                <w:bCs/>
                <w:shd w:val="clear" w:color="auto" w:fill="D9D9D9" w:themeFill="background1" w:themeFillShade="D9"/>
              </w:rPr>
            </w:pPr>
            <w:r>
              <w:rPr>
                <w:b/>
                <w:color w:val="003366"/>
                <w:sz w:val="24"/>
              </w:rPr>
              <w:t>PART 1: REQUEST FOR USER ACCESS</w:t>
            </w:r>
          </w:p>
        </w:tc>
      </w:tr>
      <w:tr w:rsidR="00D91A1C" w:rsidRPr="00E434A5" w14:paraId="6053B8EA" w14:textId="77777777" w:rsidTr="002716BB">
        <w:trPr>
          <w:trHeight w:val="544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7CC416DA" w14:textId="77777777" w:rsidR="00D91A1C" w:rsidRDefault="00D91A1C" w:rsidP="009D793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Date of request</w:t>
            </w:r>
          </w:p>
        </w:tc>
        <w:tc>
          <w:tcPr>
            <w:tcW w:w="7355" w:type="dxa"/>
            <w:gridSpan w:val="3"/>
            <w:shd w:val="clear" w:color="auto" w:fill="FFFFFF" w:themeFill="background1"/>
            <w:vAlign w:val="center"/>
          </w:tcPr>
          <w:p w14:paraId="09ADA248" w14:textId="77777777" w:rsidR="00D91A1C" w:rsidRDefault="00000000" w:rsidP="009D7933">
            <w:pPr>
              <w:rPr>
                <w:rFonts w:asciiTheme="minorHAnsi" w:hAnsiTheme="minorHAnsi" w:cstheme="minorHAnsi"/>
                <w:shd w:val="clear" w:color="auto" w:fill="D9D9D9" w:themeFill="background1" w:themeFillShade="D9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568960164"/>
                <w:placeholder>
                  <w:docPart w:val="E9D77B7FF96E48B88DAC14357E5C7FC6"/>
                </w:placeholder>
                <w:showingPlcHdr/>
                <w:text w:multiLine="1"/>
              </w:sdtPr>
              <w:sdtContent>
                <w:r w:rsidR="00D91A1C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2826CF" w:rsidRPr="00E434A5" w14:paraId="6AA46113" w14:textId="77777777" w:rsidTr="009D7933">
        <w:trPr>
          <w:trHeight w:val="544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06E9DC54" w14:textId="77777777" w:rsidR="002826CF" w:rsidRDefault="002826CF" w:rsidP="009D793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 Name</w:t>
            </w:r>
          </w:p>
        </w:tc>
        <w:tc>
          <w:tcPr>
            <w:tcW w:w="7355" w:type="dxa"/>
            <w:gridSpan w:val="3"/>
            <w:shd w:val="clear" w:color="auto" w:fill="FFFFFF" w:themeFill="background1"/>
            <w:vAlign w:val="center"/>
          </w:tcPr>
          <w:p w14:paraId="54B62488" w14:textId="77777777" w:rsidR="002826CF" w:rsidRDefault="00000000" w:rsidP="009D7933">
            <w:pPr>
              <w:rPr>
                <w:rFonts w:asciiTheme="minorHAnsi" w:hAnsiTheme="minorHAnsi" w:cstheme="minorHAnsi"/>
                <w:shd w:val="clear" w:color="auto" w:fill="D9D9D9" w:themeFill="background1" w:themeFillShade="D9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2138917265"/>
                <w:placeholder>
                  <w:docPart w:val="E2D33F7950834C52B816223A483C0BD1"/>
                </w:placeholder>
                <w:showingPlcHdr/>
                <w:text w:multiLine="1"/>
              </w:sdtPr>
              <w:sdtContent>
                <w:r w:rsidR="002826CF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2826CF" w:rsidRPr="00E434A5" w14:paraId="1F2B9017" w14:textId="77777777" w:rsidTr="009D7933">
        <w:trPr>
          <w:trHeight w:val="544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3F2D16C8" w14:textId="77777777" w:rsidR="002826CF" w:rsidRPr="00E434A5" w:rsidRDefault="002826CF" w:rsidP="009D7933">
            <w:pPr>
              <w:rPr>
                <w:rFonts w:asciiTheme="minorHAnsi" w:hAnsiTheme="minorHAnsi" w:cstheme="minorHAnsi"/>
                <w:b/>
                <w:bCs/>
              </w:rPr>
            </w:pPr>
            <w:r w:rsidRPr="00E434A5">
              <w:rPr>
                <w:rFonts w:asciiTheme="minorHAnsi" w:hAnsiTheme="minorHAnsi" w:cstheme="minorHAnsi"/>
                <w:b/>
                <w:bCs/>
              </w:rPr>
              <w:t>Organisation</w:t>
            </w:r>
          </w:p>
        </w:tc>
        <w:tc>
          <w:tcPr>
            <w:tcW w:w="7355" w:type="dxa"/>
            <w:gridSpan w:val="3"/>
            <w:vAlign w:val="center"/>
          </w:tcPr>
          <w:p w14:paraId="3FCFBA51" w14:textId="77777777" w:rsidR="002826CF" w:rsidRPr="00E434A5" w:rsidRDefault="00000000" w:rsidP="009D7933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250481233"/>
                <w:placeholder>
                  <w:docPart w:val="C753D329243B4D8791768399C9968329"/>
                </w:placeholder>
                <w:showingPlcHdr/>
                <w:text w:multiLine="1"/>
              </w:sdtPr>
              <w:sdtContent>
                <w:r w:rsidR="002826CF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2826CF" w:rsidRPr="00E434A5" w14:paraId="63479A28" w14:textId="77777777" w:rsidTr="009D7933">
        <w:trPr>
          <w:trHeight w:val="544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654393F3" w14:textId="0BA61BBA" w:rsidR="002826CF" w:rsidRPr="00E434A5" w:rsidRDefault="002826CF" w:rsidP="009D7933">
            <w:pPr>
              <w:rPr>
                <w:rFonts w:asciiTheme="minorHAnsi" w:hAnsiTheme="minorHAnsi" w:cstheme="minorHAnsi"/>
                <w:b/>
                <w:bCs/>
              </w:rPr>
            </w:pPr>
            <w:r w:rsidRPr="00E434A5">
              <w:rPr>
                <w:rFonts w:asciiTheme="minorHAnsi" w:hAnsiTheme="minorHAnsi" w:cstheme="minorHAnsi"/>
                <w:b/>
                <w:bCs/>
              </w:rPr>
              <w:t>Position</w:t>
            </w:r>
            <w:r w:rsidR="0034141D">
              <w:rPr>
                <w:rFonts w:asciiTheme="minorHAnsi" w:hAnsiTheme="minorHAnsi" w:cstheme="minorHAnsi"/>
                <w:b/>
                <w:bCs/>
              </w:rPr>
              <w:t>/</w:t>
            </w:r>
            <w:r w:rsidR="0034141D">
              <w:t xml:space="preserve"> </w:t>
            </w:r>
            <w:r w:rsidR="0034141D" w:rsidRPr="0034141D">
              <w:rPr>
                <w:rFonts w:asciiTheme="minorHAnsi" w:hAnsiTheme="minorHAnsi" w:cstheme="minorHAnsi"/>
                <w:b/>
                <w:bCs/>
              </w:rPr>
              <w:t>Job Title</w:t>
            </w:r>
          </w:p>
        </w:tc>
        <w:tc>
          <w:tcPr>
            <w:tcW w:w="7355" w:type="dxa"/>
            <w:gridSpan w:val="3"/>
            <w:vAlign w:val="center"/>
          </w:tcPr>
          <w:p w14:paraId="6C8FCA0F" w14:textId="77777777" w:rsidR="002826CF" w:rsidRPr="00E434A5" w:rsidRDefault="00000000" w:rsidP="009D7933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962496349"/>
                <w:placeholder>
                  <w:docPart w:val="53245CF9279B4F4789A06CF318788C77"/>
                </w:placeholder>
                <w:showingPlcHdr/>
                <w:text w:multiLine="1"/>
              </w:sdtPr>
              <w:sdtContent>
                <w:r w:rsidR="002826CF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2826CF" w:rsidRPr="00E434A5" w14:paraId="0B3E672B" w14:textId="77777777" w:rsidTr="009D7933">
        <w:trPr>
          <w:trHeight w:val="544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1CB1A86B" w14:textId="77777777" w:rsidR="002826CF" w:rsidRPr="00E434A5" w:rsidRDefault="002826CF" w:rsidP="009D7933">
            <w:pPr>
              <w:rPr>
                <w:rFonts w:asciiTheme="minorHAnsi" w:hAnsiTheme="minorHAnsi" w:cstheme="minorHAnsi"/>
                <w:b/>
                <w:bCs/>
              </w:rPr>
            </w:pPr>
            <w:r w:rsidRPr="00E434A5">
              <w:rPr>
                <w:rFonts w:asciiTheme="minorHAnsi" w:hAnsiTheme="minorHAnsi" w:cstheme="minorHAnsi"/>
                <w:b/>
                <w:bCs/>
              </w:rPr>
              <w:t>Telephone</w:t>
            </w:r>
          </w:p>
        </w:tc>
        <w:tc>
          <w:tcPr>
            <w:tcW w:w="2540" w:type="dxa"/>
            <w:vAlign w:val="center"/>
          </w:tcPr>
          <w:p w14:paraId="6696D547" w14:textId="77777777" w:rsidR="002826CF" w:rsidRPr="00E434A5" w:rsidRDefault="00000000" w:rsidP="009D7933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1310940706"/>
                <w:placeholder>
                  <w:docPart w:val="35BB3942040E447993F3F81CB56994A3"/>
                </w:placeholder>
                <w:showingPlcHdr/>
                <w:text w:multiLine="1"/>
              </w:sdtPr>
              <w:sdtContent>
                <w:r w:rsidR="002826CF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  <w:tc>
          <w:tcPr>
            <w:tcW w:w="1872" w:type="dxa"/>
            <w:shd w:val="clear" w:color="auto" w:fill="F2F2F2" w:themeFill="background1" w:themeFillShade="F2"/>
            <w:vAlign w:val="center"/>
          </w:tcPr>
          <w:p w14:paraId="4380FEC7" w14:textId="77777777" w:rsidR="002826CF" w:rsidRPr="00E434A5" w:rsidRDefault="002826CF" w:rsidP="009D7933">
            <w:pPr>
              <w:rPr>
                <w:rFonts w:asciiTheme="minorHAnsi" w:hAnsiTheme="minorHAnsi" w:cstheme="minorHAnsi"/>
              </w:rPr>
            </w:pPr>
            <w:r w:rsidRPr="00E434A5">
              <w:rPr>
                <w:rFonts w:asciiTheme="minorHAnsi" w:hAnsiTheme="minorHAnsi" w:cstheme="minorHAnsi"/>
                <w:b/>
                <w:bCs/>
              </w:rPr>
              <w:t>Mobile</w:t>
            </w:r>
          </w:p>
        </w:tc>
        <w:tc>
          <w:tcPr>
            <w:tcW w:w="2943" w:type="dxa"/>
            <w:vAlign w:val="center"/>
          </w:tcPr>
          <w:p w14:paraId="46BAE70B" w14:textId="77777777" w:rsidR="002826CF" w:rsidRPr="00E434A5" w:rsidRDefault="00000000" w:rsidP="009D7933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448898112"/>
                <w:placeholder>
                  <w:docPart w:val="592420C6127C4D26A6D2F89F3E8DF924"/>
                </w:placeholder>
                <w:showingPlcHdr/>
                <w:text w:multiLine="1"/>
              </w:sdtPr>
              <w:sdtContent>
                <w:r w:rsidR="002826CF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2826CF" w:rsidRPr="00E434A5" w14:paraId="46A327D8" w14:textId="77777777" w:rsidTr="009D7933">
        <w:trPr>
          <w:trHeight w:val="538"/>
        </w:trPr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74088BC0" w14:textId="251AB6D7" w:rsidR="002826CF" w:rsidRPr="00E434A5" w:rsidRDefault="002826CF" w:rsidP="009D7933">
            <w:pPr>
              <w:rPr>
                <w:rFonts w:asciiTheme="minorHAnsi" w:hAnsiTheme="minorHAnsi" w:cstheme="minorHAnsi"/>
                <w:b/>
                <w:bCs/>
              </w:rPr>
            </w:pPr>
            <w:r w:rsidRPr="00E434A5">
              <w:rPr>
                <w:rFonts w:asciiTheme="minorHAnsi" w:hAnsiTheme="minorHAnsi" w:cstheme="minorHAnsi"/>
                <w:b/>
                <w:bCs/>
              </w:rPr>
              <w:t>Email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7355" w:type="dxa"/>
            <w:gridSpan w:val="3"/>
            <w:vAlign w:val="center"/>
          </w:tcPr>
          <w:p w14:paraId="06E62842" w14:textId="77777777" w:rsidR="002826CF" w:rsidRPr="00E434A5" w:rsidRDefault="00000000" w:rsidP="009D7933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1849709329"/>
                <w:placeholder>
                  <w:docPart w:val="224DD18B745746F7B6F5B1A6A6730F4F"/>
                </w:placeholder>
                <w:showingPlcHdr/>
                <w:text w:multiLine="1"/>
              </w:sdtPr>
              <w:sdtContent>
                <w:r w:rsidR="002826CF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14:paraId="4F7CB065" w14:textId="77777777" w:rsidR="00253182" w:rsidRDefault="006157EF">
      <w:pPr>
        <w:spacing w:after="80"/>
      </w:pPr>
      <w:r>
        <w:rPr>
          <w:b/>
        </w:rPr>
        <w:t>Reason for Request / Justification: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253182" w14:paraId="6192C5AA" w14:textId="77777777" w:rsidTr="007E705B">
        <w:trPr>
          <w:trHeight w:val="15"/>
        </w:trPr>
        <w:tc>
          <w:tcPr>
            <w:tcW w:w="93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87E616" w14:textId="329B9ED6" w:rsidR="00253182" w:rsidRDefault="0015227F">
            <w:pPr>
              <w:spacing w:after="0"/>
            </w:pP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1073044357"/>
                <w:placeholder>
                  <w:docPart w:val="73C1B8C68E1D41A69C537C087CBC25D3"/>
                </w:placeholder>
                <w:showingPlcHdr/>
                <w:text w:multiLine="1"/>
              </w:sdtPr>
              <w:sdtContent>
                <w:r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  <w:r w:rsidR="006157EF">
              <w:br/>
            </w:r>
            <w:r w:rsidR="006157EF">
              <w:br/>
            </w:r>
            <w:r w:rsidR="006157EF">
              <w:br/>
            </w:r>
            <w:r w:rsidR="006157EF">
              <w:lastRenderedPageBreak/>
              <w:br/>
            </w:r>
          </w:p>
        </w:tc>
      </w:tr>
    </w:tbl>
    <w:p w14:paraId="56B5E558" w14:textId="77777777" w:rsidR="00253182" w:rsidRDefault="006157EF">
      <w:pPr>
        <w:spacing w:before="200" w:after="80"/>
      </w:pPr>
      <w:r>
        <w:rPr>
          <w:b/>
        </w:rPr>
        <w:lastRenderedPageBreak/>
        <w:t>Manager Approval / Verification: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253182" w14:paraId="59685C9D" w14:textId="77777777"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B2C51F7" w14:textId="73D0FD08" w:rsidR="00253182" w:rsidRDefault="006157EF">
            <w:pPr>
              <w:spacing w:after="0"/>
            </w:pPr>
            <w:r>
              <w:rPr>
                <w:b/>
              </w:rPr>
              <w:t>Manager Name:</w:t>
            </w:r>
            <w:r>
              <w:br/>
            </w:r>
            <w:r>
              <w:br/>
            </w: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1566948303"/>
                <w:placeholder>
                  <w:docPart w:val="695DCD0DFC91444B8C8E38A8F57B9B26"/>
                </w:placeholder>
                <w:showingPlcHdr/>
                <w:text w:multiLine="1"/>
              </w:sdtPr>
              <w:sdtContent>
                <w:r w:rsidR="001F6416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E5120EA" w14:textId="77777777" w:rsidR="00253182" w:rsidRDefault="006157EF">
            <w:pPr>
              <w:spacing w:after="0"/>
            </w:pPr>
            <w:r>
              <w:rPr>
                <w:b/>
              </w:rPr>
              <w:t>Signature:</w:t>
            </w:r>
            <w:r>
              <w:rPr>
                <w:b/>
              </w:rPr>
              <w:br/>
              <w:t>Date:</w:t>
            </w:r>
            <w:r>
              <w:br/>
            </w:r>
            <w:r>
              <w:br/>
            </w:r>
          </w:p>
        </w:tc>
      </w:tr>
      <w:tr w:rsidR="00253182" w14:paraId="6B9F2CBB" w14:textId="77777777"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3B5E84D" w14:textId="0E14DE6B" w:rsidR="00253182" w:rsidRDefault="006157EF">
            <w:pPr>
              <w:spacing w:after="0"/>
            </w:pPr>
            <w:r>
              <w:rPr>
                <w:b/>
              </w:rPr>
              <w:t>Position:</w:t>
            </w:r>
            <w:r>
              <w:br/>
            </w: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1154833827"/>
                <w:placeholder>
                  <w:docPart w:val="8AE4B9D92156413DA607EAB91358BE72"/>
                </w:placeholder>
                <w:showingPlcHdr/>
                <w:text w:multiLine="1"/>
              </w:sdtPr>
              <w:sdtContent>
                <w:r w:rsidR="004B0AE2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  <w:r>
              <w:br/>
            </w:r>
          </w:p>
        </w:tc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49D8FB7" w14:textId="77777777" w:rsidR="00253182" w:rsidRDefault="006157EF">
            <w:pPr>
              <w:spacing w:after="0"/>
            </w:pPr>
            <w:r>
              <w:rPr>
                <w:b/>
              </w:rPr>
              <w:t>Approved:</w:t>
            </w:r>
            <w:r>
              <w:t xml:space="preserve">  ☐ Yes   ☐ No</w:t>
            </w:r>
          </w:p>
        </w:tc>
      </w:tr>
    </w:tbl>
    <w:p w14:paraId="5483E630" w14:textId="77777777" w:rsidR="00253182" w:rsidRDefault="006157EF">
      <w:pPr>
        <w:keepNext/>
        <w:spacing w:before="240" w:after="120"/>
      </w:pPr>
      <w:r>
        <w:rPr>
          <w:b/>
          <w:color w:val="003366"/>
          <w:sz w:val="24"/>
        </w:rPr>
        <w:t>PART 2: REQUEST FOR USER REMOVAL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253182" w14:paraId="13A19670" w14:textId="77777777"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3229AC6" w14:textId="77777777" w:rsidR="00253182" w:rsidRDefault="006157EF">
            <w:pPr>
              <w:spacing w:after="0"/>
            </w:pPr>
            <w:r>
              <w:rPr>
                <w:b/>
              </w:rPr>
              <w:t>Date of Request:</w:t>
            </w:r>
            <w:r>
              <w:br/>
            </w:r>
            <w:r>
              <w:br/>
            </w:r>
          </w:p>
        </w:tc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19887E1" w14:textId="24739EC5" w:rsidR="00253182" w:rsidRDefault="006157EF">
            <w:pPr>
              <w:spacing w:after="0"/>
            </w:pPr>
            <w:r>
              <w:rPr>
                <w:b/>
              </w:rPr>
              <w:t>Organisation:</w:t>
            </w:r>
            <w:r>
              <w:br/>
            </w:r>
            <w:r>
              <w:br/>
            </w: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286942819"/>
                <w:placeholder>
                  <w:docPart w:val="DAB2BBF9A4144686979925A6E0F52BB5"/>
                </w:placeholder>
                <w:showingPlcHdr/>
                <w:text w:multiLine="1"/>
              </w:sdtPr>
              <w:sdtContent>
                <w:r w:rsidR="003818FE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253182" w14:paraId="6A3339DD" w14:textId="77777777"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914F60B" w14:textId="00C29D1C" w:rsidR="00253182" w:rsidRDefault="006157EF">
            <w:pPr>
              <w:spacing w:after="0"/>
            </w:pPr>
            <w:r>
              <w:rPr>
                <w:b/>
              </w:rPr>
              <w:t>Employee Full Name:</w:t>
            </w:r>
            <w:r>
              <w:br/>
            </w:r>
            <w:r>
              <w:br/>
            </w: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282114945"/>
                <w:placeholder>
                  <w:docPart w:val="57E3E85C4D7343D7871CCEEB40FAE46A"/>
                </w:placeholder>
                <w:showingPlcHdr/>
                <w:text w:multiLine="1"/>
              </w:sdtPr>
              <w:sdtContent>
                <w:r w:rsidR="003818FE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  <w:tc>
          <w:tcPr>
            <w:tcW w:w="4680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42FD60A" w14:textId="6170C5A8" w:rsidR="00253182" w:rsidRDefault="006157EF">
            <w:pPr>
              <w:spacing w:after="0"/>
            </w:pPr>
            <w:r>
              <w:rPr>
                <w:b/>
              </w:rPr>
              <w:t>Employee Email:</w:t>
            </w:r>
            <w:r>
              <w:br/>
            </w:r>
            <w:r>
              <w:br/>
            </w:r>
            <w:sdt>
              <w:sdtPr>
                <w:rPr>
                  <w:rFonts w:asciiTheme="minorHAnsi" w:hAnsiTheme="minorHAnsi" w:cstheme="minorHAnsi"/>
                  <w:shd w:val="clear" w:color="auto" w:fill="D9D9D9" w:themeFill="background1" w:themeFillShade="D9"/>
                </w:rPr>
                <w:id w:val="-758909140"/>
                <w:placeholder>
                  <w:docPart w:val="2301A68D83334E8984416984B1664BBD"/>
                </w:placeholder>
                <w:showingPlcHdr/>
                <w:text w:multiLine="1"/>
              </w:sdtPr>
              <w:sdtContent>
                <w:r w:rsidR="003818FE" w:rsidRPr="00E434A5">
                  <w:rPr>
                    <w:rStyle w:val="PlaceholderText"/>
                    <w:rFonts w:asciiTheme="minorHAnsi" w:hAnsiTheme="minorHAnsi"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14:paraId="4A3FB36B" w14:textId="77777777" w:rsidR="00955DFC" w:rsidRDefault="00955DFC"/>
    <w:sectPr w:rsidR="00955DF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C0950" w14:textId="77777777" w:rsidR="001906D4" w:rsidRDefault="001906D4" w:rsidP="0085582B">
      <w:pPr>
        <w:spacing w:after="0" w:line="240" w:lineRule="auto"/>
      </w:pPr>
      <w:r>
        <w:separator/>
      </w:r>
    </w:p>
  </w:endnote>
  <w:endnote w:type="continuationSeparator" w:id="0">
    <w:p w14:paraId="50D8799E" w14:textId="77777777" w:rsidR="001906D4" w:rsidRDefault="001906D4" w:rsidP="00855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3D3F" w14:textId="77777777" w:rsidR="001906D4" w:rsidRDefault="001906D4" w:rsidP="0085582B">
      <w:pPr>
        <w:spacing w:after="0" w:line="240" w:lineRule="auto"/>
      </w:pPr>
      <w:r>
        <w:separator/>
      </w:r>
    </w:p>
  </w:footnote>
  <w:footnote w:type="continuationSeparator" w:id="0">
    <w:p w14:paraId="4C7139FF" w14:textId="77777777" w:rsidR="001906D4" w:rsidRDefault="001906D4" w:rsidP="0085582B">
      <w:pPr>
        <w:spacing w:after="0" w:line="240" w:lineRule="auto"/>
      </w:pPr>
      <w:r>
        <w:continuationSeparator/>
      </w:r>
    </w:p>
  </w:footnote>
  <w:footnote w:id="1">
    <w:p w14:paraId="7F3F68A6" w14:textId="0BA566EB" w:rsidR="0085582B" w:rsidRDefault="0085582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22B45">
        <w:t xml:space="preserve">For </w:t>
      </w:r>
      <w:r w:rsidRPr="0085582B">
        <w:t>Industry Data Requests and Subscription-based Automated Industry Report System (AIRS)</w:t>
      </w:r>
      <w:r w:rsidR="00FB005F">
        <w:t>,</w:t>
      </w:r>
      <w:r w:rsidRPr="0085582B">
        <w:t xml:space="preserve"> </w:t>
      </w:r>
      <w:r w:rsidR="00FB005F">
        <w:t xml:space="preserve">please contact </w:t>
      </w:r>
      <w:hyperlink r:id="rId1" w:history="1">
        <w:r w:rsidR="00FB005F" w:rsidRPr="001E4B32">
          <w:rPr>
            <w:rStyle w:val="Hyperlink"/>
          </w:rPr>
          <w:t>CTAUadmin@aoa.org.au</w:t>
        </w:r>
      </w:hyperlink>
      <w:r w:rsidR="00FB005F">
        <w:t>.</w:t>
      </w:r>
    </w:p>
    <w:p w14:paraId="5B237A4A" w14:textId="77777777" w:rsidR="00FB005F" w:rsidRPr="002716BB" w:rsidRDefault="00FB005F">
      <w:pPr>
        <w:pStyle w:val="FootnoteText"/>
        <w:rPr>
          <w:lang w:val="en-A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3341038">
    <w:abstractNumId w:val="8"/>
  </w:num>
  <w:num w:numId="2" w16cid:durableId="617613706">
    <w:abstractNumId w:val="6"/>
  </w:num>
  <w:num w:numId="3" w16cid:durableId="1016004791">
    <w:abstractNumId w:val="5"/>
  </w:num>
  <w:num w:numId="4" w16cid:durableId="998966044">
    <w:abstractNumId w:val="4"/>
  </w:num>
  <w:num w:numId="5" w16cid:durableId="1538004814">
    <w:abstractNumId w:val="7"/>
  </w:num>
  <w:num w:numId="6" w16cid:durableId="490487544">
    <w:abstractNumId w:val="3"/>
  </w:num>
  <w:num w:numId="7" w16cid:durableId="1215504194">
    <w:abstractNumId w:val="2"/>
  </w:num>
  <w:num w:numId="8" w16cid:durableId="1298729581">
    <w:abstractNumId w:val="1"/>
  </w:num>
  <w:num w:numId="9" w16cid:durableId="168960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E62"/>
    <w:rsid w:val="000D7C4C"/>
    <w:rsid w:val="0015074B"/>
    <w:rsid w:val="0015227F"/>
    <w:rsid w:val="001906D4"/>
    <w:rsid w:val="001B1713"/>
    <w:rsid w:val="001F6416"/>
    <w:rsid w:val="00253182"/>
    <w:rsid w:val="002716BB"/>
    <w:rsid w:val="002826CF"/>
    <w:rsid w:val="0029639D"/>
    <w:rsid w:val="002F2393"/>
    <w:rsid w:val="00326F90"/>
    <w:rsid w:val="0034141D"/>
    <w:rsid w:val="00380CAE"/>
    <w:rsid w:val="003818FE"/>
    <w:rsid w:val="003C6F7F"/>
    <w:rsid w:val="003E0E95"/>
    <w:rsid w:val="004424E6"/>
    <w:rsid w:val="004B0AE2"/>
    <w:rsid w:val="005A0D75"/>
    <w:rsid w:val="006072F6"/>
    <w:rsid w:val="006157EF"/>
    <w:rsid w:val="00693604"/>
    <w:rsid w:val="006D1EA3"/>
    <w:rsid w:val="007337D7"/>
    <w:rsid w:val="007E705B"/>
    <w:rsid w:val="00805C51"/>
    <w:rsid w:val="0085582B"/>
    <w:rsid w:val="009179B2"/>
    <w:rsid w:val="00932FB6"/>
    <w:rsid w:val="00955DFC"/>
    <w:rsid w:val="009C1ED8"/>
    <w:rsid w:val="009E33F8"/>
    <w:rsid w:val="00A37F49"/>
    <w:rsid w:val="00A558B3"/>
    <w:rsid w:val="00AA1D8D"/>
    <w:rsid w:val="00B43159"/>
    <w:rsid w:val="00B47730"/>
    <w:rsid w:val="00B5135C"/>
    <w:rsid w:val="00C3449D"/>
    <w:rsid w:val="00C85984"/>
    <w:rsid w:val="00CA5358"/>
    <w:rsid w:val="00CB0664"/>
    <w:rsid w:val="00CB0B01"/>
    <w:rsid w:val="00D76211"/>
    <w:rsid w:val="00D91A1C"/>
    <w:rsid w:val="00E22B45"/>
    <w:rsid w:val="00EB4F28"/>
    <w:rsid w:val="00ED38E7"/>
    <w:rsid w:val="00FB005F"/>
    <w:rsid w:val="00FB7059"/>
    <w:rsid w:val="00FC693F"/>
    <w:rsid w:val="00FD5173"/>
    <w:rsid w:val="00FD6D19"/>
    <w:rsid w:val="00FE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BF30D2"/>
  <w14:defaultImageDpi w14:val="300"/>
  <w15:docId w15:val="{E252C10E-8FBA-4E83-A922-54375034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9179B2"/>
    <w:pPr>
      <w:spacing w:after="0" w:line="240" w:lineRule="auto"/>
    </w:pPr>
    <w:rPr>
      <w:rFonts w:ascii="Arial" w:hAnsi="Arial"/>
      <w:color w:val="333333"/>
    </w:rPr>
  </w:style>
  <w:style w:type="character" w:styleId="CommentReference">
    <w:name w:val="annotation reference"/>
    <w:basedOn w:val="DefaultParagraphFont"/>
    <w:uiPriority w:val="99"/>
    <w:semiHidden/>
    <w:unhideWhenUsed/>
    <w:rsid w:val="009179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9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9B2"/>
    <w:rPr>
      <w:rFonts w:ascii="Arial" w:hAnsi="Arial"/>
      <w:color w:val="33333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9B2"/>
    <w:rPr>
      <w:rFonts w:ascii="Arial" w:hAnsi="Arial"/>
      <w:b/>
      <w:bCs/>
      <w:color w:val="333333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58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582B"/>
    <w:rPr>
      <w:rFonts w:ascii="Arial" w:hAnsi="Arial"/>
      <w:color w:val="333333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582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B00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05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F64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TAUadmin@aoa.org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5DCD0DFC91444B8C8E38A8F57B9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D6994-F53B-4DC7-9C34-A205D2780FDD}"/>
      </w:docPartPr>
      <w:docPartBody>
        <w:p w:rsidR="00851783" w:rsidRDefault="00F5611B" w:rsidP="00F5611B">
          <w:pPr>
            <w:pStyle w:val="695DCD0DFC91444B8C8E38A8F57B9B26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D33F7950834C52B816223A483C0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DE384-E364-4820-A011-F6C2A154406D}"/>
      </w:docPartPr>
      <w:docPartBody>
        <w:p w:rsidR="00851783" w:rsidRDefault="00F5611B" w:rsidP="00F5611B">
          <w:pPr>
            <w:pStyle w:val="E2D33F7950834C52B816223A483C0BD1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53D329243B4D8791768399C9968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2350-32AD-473A-9AD0-3B870130CE2B}"/>
      </w:docPartPr>
      <w:docPartBody>
        <w:p w:rsidR="00851783" w:rsidRDefault="00F5611B" w:rsidP="00F5611B">
          <w:pPr>
            <w:pStyle w:val="C753D329243B4D8791768399C9968329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245CF9279B4F4789A06CF318788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CCE82-A325-4D6D-9454-4566395CA835}"/>
      </w:docPartPr>
      <w:docPartBody>
        <w:p w:rsidR="00851783" w:rsidRDefault="00F5611B" w:rsidP="00F5611B">
          <w:pPr>
            <w:pStyle w:val="53245CF9279B4F4789A06CF318788C77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BB3942040E447993F3F81CB5699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66300-BC41-4452-8CC0-EBA8B5203722}"/>
      </w:docPartPr>
      <w:docPartBody>
        <w:p w:rsidR="00851783" w:rsidRDefault="00F5611B" w:rsidP="00F5611B">
          <w:pPr>
            <w:pStyle w:val="35BB3942040E447993F3F81CB56994A3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2420C6127C4D26A6D2F89F3E8DF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77F1E-3537-44FA-9D3F-335F863CEABF}"/>
      </w:docPartPr>
      <w:docPartBody>
        <w:p w:rsidR="00851783" w:rsidRDefault="00F5611B" w:rsidP="00F5611B">
          <w:pPr>
            <w:pStyle w:val="592420C6127C4D26A6D2F89F3E8DF924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4DD18B745746F7B6F5B1A6A6730F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281C0-DFF6-4DF8-9DA7-7998A3935079}"/>
      </w:docPartPr>
      <w:docPartBody>
        <w:p w:rsidR="00851783" w:rsidRDefault="00F5611B" w:rsidP="00F5611B">
          <w:pPr>
            <w:pStyle w:val="224DD18B745746F7B6F5B1A6A6730F4F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77B7FF96E48B88DAC14357E5C7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6273F-8272-4DE5-8B2B-8B051E5FC56D}"/>
      </w:docPartPr>
      <w:docPartBody>
        <w:p w:rsidR="00851783" w:rsidRDefault="00F5611B" w:rsidP="00F5611B">
          <w:pPr>
            <w:pStyle w:val="E9D77B7FF96E48B88DAC14357E5C7FC6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4B9D92156413DA607EAB91358B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6333A-6BA0-46C8-A15C-3C6DE0368224}"/>
      </w:docPartPr>
      <w:docPartBody>
        <w:p w:rsidR="00533F87" w:rsidRDefault="006E7201" w:rsidP="006E7201">
          <w:pPr>
            <w:pStyle w:val="8AE4B9D92156413DA607EAB91358BE72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E3E85C4D7343D7871CCEEB40FAE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8C2BE-AC7E-480D-B618-CD7C89D540C4}"/>
      </w:docPartPr>
      <w:docPartBody>
        <w:p w:rsidR="00533F87" w:rsidRDefault="006E7201" w:rsidP="006E7201">
          <w:pPr>
            <w:pStyle w:val="57E3E85C4D7343D7871CCEEB40FAE46A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01A68D83334E8984416984B1664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545B7-84F9-46EE-B73C-0604E68FB206}"/>
      </w:docPartPr>
      <w:docPartBody>
        <w:p w:rsidR="00533F87" w:rsidRDefault="006E7201" w:rsidP="006E7201">
          <w:pPr>
            <w:pStyle w:val="2301A68D83334E8984416984B1664BBD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B2BBF9A4144686979925A6E0F52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C2A8AF-B0BE-45DB-A123-F186B33B3357}"/>
      </w:docPartPr>
      <w:docPartBody>
        <w:p w:rsidR="00533F87" w:rsidRDefault="006E7201" w:rsidP="006E7201">
          <w:pPr>
            <w:pStyle w:val="DAB2BBF9A4144686979925A6E0F52BB5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C1B8C68E1D41A69C537C087CBC2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14196-4413-43E4-9953-EA0EE76BCAFA}"/>
      </w:docPartPr>
      <w:docPartBody>
        <w:p w:rsidR="00000000" w:rsidRDefault="009A615E" w:rsidP="009A615E">
          <w:pPr>
            <w:pStyle w:val="73C1B8C68E1D41A69C537C087CBC25D3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1B"/>
    <w:rsid w:val="00533F87"/>
    <w:rsid w:val="00693604"/>
    <w:rsid w:val="006E7201"/>
    <w:rsid w:val="006F2851"/>
    <w:rsid w:val="00851783"/>
    <w:rsid w:val="009A615E"/>
    <w:rsid w:val="00EB4F28"/>
    <w:rsid w:val="00F5611B"/>
    <w:rsid w:val="00FE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615E"/>
    <w:rPr>
      <w:color w:val="808080"/>
    </w:rPr>
  </w:style>
  <w:style w:type="paragraph" w:customStyle="1" w:styleId="695DCD0DFC91444B8C8E38A8F57B9B26">
    <w:name w:val="695DCD0DFC91444B8C8E38A8F57B9B26"/>
    <w:rsid w:val="00F5611B"/>
  </w:style>
  <w:style w:type="paragraph" w:customStyle="1" w:styleId="8AE4B9D92156413DA607EAB91358BE72">
    <w:name w:val="8AE4B9D92156413DA607EAB91358BE72"/>
    <w:rsid w:val="006E7201"/>
  </w:style>
  <w:style w:type="paragraph" w:customStyle="1" w:styleId="73C1B8C68E1D41A69C537C087CBC25D3">
    <w:name w:val="73C1B8C68E1D41A69C537C087CBC25D3"/>
    <w:rsid w:val="009A615E"/>
    <w:rPr>
      <w:szCs w:val="30"/>
      <w:lang w:eastAsia="zh-CN" w:bidi="th-TH"/>
    </w:rPr>
  </w:style>
  <w:style w:type="paragraph" w:customStyle="1" w:styleId="57E3E85C4D7343D7871CCEEB40FAE46A">
    <w:name w:val="57E3E85C4D7343D7871CCEEB40FAE46A"/>
    <w:rsid w:val="006E7201"/>
  </w:style>
  <w:style w:type="paragraph" w:customStyle="1" w:styleId="E2D33F7950834C52B816223A483C0BD1">
    <w:name w:val="E2D33F7950834C52B816223A483C0BD1"/>
    <w:rsid w:val="00F5611B"/>
  </w:style>
  <w:style w:type="paragraph" w:customStyle="1" w:styleId="C753D329243B4D8791768399C9968329">
    <w:name w:val="C753D329243B4D8791768399C9968329"/>
    <w:rsid w:val="00F5611B"/>
  </w:style>
  <w:style w:type="paragraph" w:customStyle="1" w:styleId="53245CF9279B4F4789A06CF318788C77">
    <w:name w:val="53245CF9279B4F4789A06CF318788C77"/>
    <w:rsid w:val="00F5611B"/>
  </w:style>
  <w:style w:type="paragraph" w:customStyle="1" w:styleId="35BB3942040E447993F3F81CB56994A3">
    <w:name w:val="35BB3942040E447993F3F81CB56994A3"/>
    <w:rsid w:val="00F5611B"/>
  </w:style>
  <w:style w:type="paragraph" w:customStyle="1" w:styleId="592420C6127C4D26A6D2F89F3E8DF924">
    <w:name w:val="592420C6127C4D26A6D2F89F3E8DF924"/>
    <w:rsid w:val="00F5611B"/>
  </w:style>
  <w:style w:type="paragraph" w:customStyle="1" w:styleId="224DD18B745746F7B6F5B1A6A6730F4F">
    <w:name w:val="224DD18B745746F7B6F5B1A6A6730F4F"/>
    <w:rsid w:val="00F5611B"/>
  </w:style>
  <w:style w:type="paragraph" w:customStyle="1" w:styleId="E9D77B7FF96E48B88DAC14357E5C7FC6">
    <w:name w:val="E9D77B7FF96E48B88DAC14357E5C7FC6"/>
    <w:rsid w:val="00F5611B"/>
  </w:style>
  <w:style w:type="paragraph" w:customStyle="1" w:styleId="2301A68D83334E8984416984B1664BBD">
    <w:name w:val="2301A68D83334E8984416984B1664BBD"/>
    <w:rsid w:val="006E7201"/>
  </w:style>
  <w:style w:type="paragraph" w:customStyle="1" w:styleId="DAB2BBF9A4144686979925A6E0F52BB5">
    <w:name w:val="DAB2BBF9A4144686979925A6E0F52BB5"/>
    <w:rsid w:val="006E7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193</Words>
  <Characters>953</Characters>
  <Application>Microsoft Office Word</Application>
  <DocSecurity>0</DocSecurity>
  <Lines>63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Georgina Daynes</cp:lastModifiedBy>
  <cp:revision>14</cp:revision>
  <dcterms:created xsi:type="dcterms:W3CDTF">2026-10-09T04:15:00Z</dcterms:created>
  <dcterms:modified xsi:type="dcterms:W3CDTF">2026-10-22T02:59:00Z</dcterms:modified>
  <cp:category/>
</cp:coreProperties>
</file>